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מסע אל הקלפי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אל הקלפי: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הדמוקרטיה ואת חשיבות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 רשאי להצביע ומהם שלבי ההצבעה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לרכוש אוצר מילים ומונחים הקשורים לבחירות ולמערכת הפוליטית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זכות ההצבעה לבין אחריות אזרחית פעילה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דמוקרטיה ובחירות: יסודות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שלטון העם באמצעות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לבחור נציגים שיקבלו החלטות בשם הציבור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דמוקרטיה ובחירות: יסודות – מושגים מהתחנה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(התיבה שמכניסים בה את פתק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(הדף שעליו מסמנים את הבחירה)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(הזכות של אזרח בגיל המתאים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(אדם שהציבור בחר לייצג אותו)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דמוקרטיה ובחירות: יסודות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כל קול משפיע על התוצאה הסופית ועל מי שישלוט במדינה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מונע לחץ על המצביע ומבטיח בחירה חופשית ללא חשש מתגובה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זכות הבחירה: מי מצביע ואיך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תעודה מזהה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זכות הבחירה: מי מצביע ואיך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אזרחות ישראלית היא תנאי בסיסי לזכות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ההצבעה היא זכות אזרחית ולא חובה שיש בצידה ענישה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זכות הבחירה: מי מצביע ואיך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זכות הבחירה: מי מצביע ואיך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(הקופסה שאליה מכניסים את פתק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(הגיל שממנו מותר להצביע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(מסמך שמציגים כדי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(דף קטן שעליו כתובה אות המפלגה)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שיטת הבחירות בישראל: כנסת, מפלגות וקלפי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יחסית ארצית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פתק עם אות או שם מפלגה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שיטת הבחירות בישראל: כנסת, מפלגות וקלפי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חסימה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שיטת הבחירות בישראל: כנסת, מפלגות וקלפי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(רשימת מועמדים המתמודדת בבחירות)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(המקום שבו מצביעים ביום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(הסף המינימלי הנדרש לכניסה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(בית המחוקקים של מדינת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שיטת הבחירות בישראל: כנסת, מפלגות וקלפי – 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מסע הקול: מהצבעה בקלפי ועד התוצאה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הוועדה בודקת תעודת זהות ומוודאת שהשם רשום בפנקס הבוחרים.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אזרח משובץ לקלפי מסוימת לפי כתובת המגורים שלו.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מסע הקול: מהצבעה בקלפי ועד התוצאה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תעודת הזהות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מסע הקול: מהצבעה בקלפי ועד התוצאה – סדר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המצביע מגיע לקלפי המשובצת לו לפי מקום המגורים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 ועדת הקלפי בודקים תעודת זהות ורושמים אותו בפנקס הבוחרים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המצביע נכנס לפרגוד ובוחר פתק עם סימן המפלגה הרצויה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לשון וחידות: אוצר מילים של יום הבחירות – הכרת מונחי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שמכניסים בה את פתק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אזרח שמממש את זכותו להצביע בבחירות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הדף שעליו מסומנת הרשימה הנבחרת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לשון וחידות: אוצר מילים של יום הבחירות – השלמת מילים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מצביע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לשון וחידות: אוצר מילים של יום הבחירות – חידת ההתאמה: מונח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(תיבה שבה מניחים את פתקי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(אזרח שמממש את זכותו להצביע)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אזרחות פעילה: מעבר להצבעה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מעורבות אישית בחיי הקהילה והמדינה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התנדבות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אזרחות פעילה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אזרחות פעילה: מעבר להצבעה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אזרחים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אזרחות פעילה: מעבר להצבעה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(השתתפות בבחירת נציגים למדינה)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(עזרה ישירה לאנשים בסביבה הקרובה)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(הבעת עמדה בנושא ציבורי)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(השפעה על חיי 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גיל ואזרחות 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זיהוי, קבלת מעטפה ופתק, הצבעה חשאית, הטלה לקלפי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שהשתתפות אזרחית כוללת גם מעורבות בקהילה, לא רק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3-4 שיעורים,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בין עבודה עצמאית לעבודה בזוגות, בדומה לאפשרויות המשחק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רמזים קצרים לחידות הלשון, ולתלמידים מתקדמים להוסיף דיון על דוגמאות נוספות משיטת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בשיתוף תשובות במליאה כדי לחזק הבנה משותפת לפני המעבר לתחנה הבאה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מסע אל הקלפי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אל הקלפי: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תעברו שביל תחנות בדיוק כמו במסע אל הקלפי – בכל פרק תקראו קטע קצר, תענו על שאלות ותפתרו חידה. מומלץ לעבוד לפי סדר הפרקים, ולסיים כל פרק לפני שעוברים הלאה.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אחריות  ·  תעודת הזהות  ·  מעטפה  ·  אזרחים  ·  דרך  ·  3.25  ·  מצביע  ·  פרטיות  ·  חשאית  ·  חסימה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דמוקרטיה ובחירות: יסודות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שלטון מלך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שלטון העם באמצעות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שלטון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המטרה המרכזית של בחירות במדינה דמוקרטית?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לבחור נציגים שיקבלו החלטות בשם הציבור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לבחור ראש משטרה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לקבוע מחירים בחנויות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דמוקרטיה ובחירות: יסודות – מושגים מהתחנה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אדם שהציבור בחר לייצג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פתק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התיבה שמכניסים בה את פתק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זכות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הדף שעליו מסמנים את הבחירה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נציג נבחר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הזכות של אזרח בגיל המתאים להצביע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דמוקרטיה ובחירות: יסודות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שכל אזרח יצביע בבחירות?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שתי סיבות לכך שחשוב לשמור על סודיות ההצבעה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זכות הבחירה: מי מצביע ואיך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גיל המינימום להצבעה בבחירות לכנסת בישראל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כדי להצביע בקלפי על הבוחר להציג: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תעודה מזהה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תעודת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רישיון נהיגה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זכות הבחירה: מי מצביע ואיך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רק אזרחי ישראל רשאים להצביע בבחירות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ההצבעה בישראל היא חובה חוקית, ומי שלא מצביע נענש בקנס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זכות הבחירה: מי מצביע ואיך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הצבעה בבחירות נחשבת גם זכות וגם __________ אזרחית של כל אדם כלפי החברה שבה הוא 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הבחירות לכנסת מתקיימות באמצעות פתק שמוכנס לתוך קלפי __________, כדי לשמור על פרטיות הבוחר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זכות הבחירה: מי מצביע ואיך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הגיל שממנו מותר להצביע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גיל 18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מסמך שמציגים כדי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תעודה מזהה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דף קטן שעליו כתובה אות המפלגה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פתק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הקופסה שאליה מכניסים את פתק ההצבעה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שיטת הבחירות בישראל: כנסת, מפלגות וקלפי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חברי כנסת יושבים בכנסת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נקראת שיטת הבחירות הנהוגה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רוב אזורי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יחסית ארצית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נשיאותית ישירה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מקבל המצביע או המצביעה בקלפי כדי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פתק עם אות או שם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תעודת לידה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שיטת הבחירות בישראל: כנסת, מפלגות וקלפי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אחוז החסימה הנוכחי לכניסה לכנסת עומד על __________ אחוזים מהקולות.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מפלגה שלא עוברת את אחוז ה-__________ לא זוכה במושבים בכנסת.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שיטת הבחירות בישראל: כנסת, מפלגות וקלפי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הסף המינימלי הנדרש לכניסה 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בית המחוקקים של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המקום שבו מצביעים ביום הבחירות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רשימת מועמדים המתמודדת בבחירות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שיטת הבחירות בישראל: כנסת, מפלגות וקלפי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מסע הקול: מהצבעה בקלפי ועד התוצאה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חברי ועדת הקלפי בודקים את זהות המצביע לפני ההצבעה.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אזרח יכול להצביע בכל קלפי שיבחר, בלי קשר למקום מגוריו.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מסע הקול: מהצבעה בקלפי ועד התוצאה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ההצבעה, חברי ועדת הקלפי בודקים את ה__________ של המצביע מול פנקס הבוחרים.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בתוך הפרגוד הבוחר בוחר פתק הצבעה ב__________, בלי שאף אחד יראה.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מסע הקול: מהצבעה בקלפי ועד התוצאה –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חברי ועדת הקלפי בודקים תעודת זהות ורושמים אותו בפנקס הבוחרים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המצביע נכנס לפרגוד ובוחר פתק עם סימן המפלגה הרצויה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המצביע מגיע לקלפי המשובצת לו לפי מקום המגורים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לשון וחידות: אוצר מילים של יום הבחירות – הכרת מונחי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"קלפי"?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תיבה שמכניסים בה את פתק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 רשמי מהעירייה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מיהו "מצביע" או "מצביעה"?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אדם שסופר את הקולות בסוף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אזרח שמממש את זכותו להצביע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נציג של מפלגה בקלפי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"פתק הצבעה"?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הדף שעליו מסומנת הרשימה הנבחרת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 מהרשות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תעודת זהות של המצביע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לשון וחידות: אוצר מילים של יום הבחירות – השלמת מילים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שמכניסים את פתק ההצבעה לקלפי, שמים אותו בתוך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אזרח שמגיע לקלפי כדי לממש את זכותו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לשון וחידות: אוצר מילים של יום הבחירות – חידת ההתאמה: מונח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אזרח שמממש את זכותו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מצביע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תיבה שבה מניחים את פתקי ההצבעה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אזרחות פעילה: מעבר להצבעה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אזרחות פעילה?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הצבעה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מעורבות אישית בחיי הקהילה והמדינה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קריאת חדשות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פעולה נחשבת לדוגמה לאזרחות פעילה חוץ מהצבעה?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התנדבות בקהילה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שינה מוקדמת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צפייה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מועצת תלמידים בבית הספר היא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אזרחות פעילה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תחביב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שיעור חובה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אזרחות פעילה: מעבר להצבעה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הצבעה בקלפי היא __________ אחת מתוך דרכים רבות להשתתף באזרחות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נער או נערה שמתנדבים בעמותה פועלים כ__________ פעילים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אזרחות פעילה: מעבר להצבעה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הצבעה בבחירות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הבעת עמדה בנושא ציבורי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התנדבות בקהילה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השפעה על חיי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חתימה על עצומה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השתתפות בבחירת נציגים למדינה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חברות במועצת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עזרה ישירה לאנשים בסביבה הקרובה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תנאים עיקריים לזכות הבחירה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בקצרה את שלבי ההצבעה מרגע ההגעה לקלפי ועד הכנסת הפתק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אל הקלפי: בחירות ודמוקרטיה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